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凭信而行 讲道逐字稿</w:t>
      </w:r>
    </w:p>
    <w:p>
      <w:r>
        <w:t>讲员：周牧师　　日期：2026年10月4日</w:t>
        <w:br/>
        <w:t>经文：撒母耳记上14章1至15节</w:t>
      </w:r>
    </w:p>
    <w:p>
      <w:r>
        <w:t>按修订视频的讲述顺序整理，保留讲员的口语表达与重复。标题和分点为阅读辅助，时间标记对应防抖修订版。个别不能确定的词语以“听辨存疑”标注。</w:t>
      </w:r>
    </w:p>
    <w:p>
      <w:pPr>
        <w:pStyle w:val="Heading1"/>
      </w:pPr>
      <w:r>
        <w:t>标题大纲</w:t>
      </w:r>
    </w:p>
    <w:p>
      <w:pPr>
        <w:pStyle w:val="Heading2"/>
      </w:pPr>
      <w:r>
        <w:t>一 信心的看见 属灵的眼光超越困境</w:t>
      </w:r>
    </w:p>
    <w:p>
      <w:r>
        <w:t>约拿单属灵的看见 主动出击</w:t>
      </w:r>
    </w:p>
    <w:p>
      <w:r>
        <w:t>扫罗肉体的看见 被动防守</w:t>
      </w:r>
    </w:p>
    <w:p>
      <w:pPr>
        <w:pStyle w:val="Heading2"/>
      </w:pPr>
      <w:r>
        <w:t>二 信心的宣告 得胜不在乎人多人少</w:t>
      </w:r>
    </w:p>
    <w:p>
      <w:r>
        <w:t>承认前路的艰难</w:t>
      </w:r>
    </w:p>
    <w:p>
      <w:r>
        <w:t>把盼望放在耶和华的大能上</w:t>
      </w:r>
    </w:p>
    <w:p>
      <w:pPr>
        <w:pStyle w:val="Heading2"/>
      </w:pPr>
      <w:r>
        <w:t>三 信心的寻求 向神求凭据显明旨意</w:t>
      </w:r>
    </w:p>
    <w:p>
      <w:r>
        <w:t>寻得同伴的印证</w:t>
      </w:r>
    </w:p>
    <w:p>
      <w:r>
        <w:t>向神寻求行动的凭据</w:t>
      </w:r>
    </w:p>
    <w:p>
      <w:pPr>
        <w:pStyle w:val="Heading2"/>
      </w:pPr>
      <w:r>
        <w:t>四 信心的行动 靠神的大能奋勇争战</w:t>
      </w:r>
    </w:p>
    <w:p>
      <w:r>
        <w:t>同心奋勇杀敌</w:t>
      </w:r>
    </w:p>
    <w:p>
      <w:r>
        <w:t>全营战兢 地也震动</w:t>
      </w:r>
    </w:p>
    <w:p>
      <w:r>
        <w:br w:type="page"/>
      </w:r>
    </w:p>
    <w:p>
      <w:pPr>
        <w:pStyle w:val="Heading1"/>
      </w:pPr>
      <w:r>
        <w:t>问安与经文诵读</w:t>
      </w:r>
    </w:p>
    <w:p>
      <w:r>
        <w:rPr>
          <w:color w:val="5F5F5F"/>
        </w:rPr>
        <w:t xml:space="preserve">〔00:00〕 </w:t>
      </w:r>
      <w:r>
        <w:t>长辈弟兄姐妹，主内平安。又到了家庭祭坛的时间，我们继续来学习撒母耳记上的经文，我们一起来读撒母耳记上十四章一至十五节。我们一起来读。有一日，扫罗的儿子约拿单对拿他兵器的少年人说：“我们不如过到那边，到非利士人的防营那里去。”但他没有告诉父亲。扫罗在基比亚的境边，坐在米矶仑的石榴树下，跟随他的约有六百人。在那里有亚希突的儿子亚希亚，穿着以弗得。亚希突是以迦博的哥哥。</w:t>
      </w:r>
    </w:p>
    <w:p>
      <w:r>
        <w:rPr>
          <w:color w:val="5F5F5F"/>
        </w:rPr>
        <w:t xml:space="preserve">〔00:49〕 </w:t>
      </w:r>
      <w:r>
        <w:t>非尼哈的儿子，以利的孙子。以利从前在示罗作耶和华的祭司。约拿单去了，百姓却不知道。约拿单要从隘口过到非利士防营那里去，这隘口两边各有一个山峰。一名波薛，一名西尼。一峰向北，与密抹相对，一峰向南，与迦巴相对。约拿单对拿兵器的少年人说：“我们不如过到未受割礼人的防营那里去。或者耶和华为我们施展能力，因为耶和华使人得胜，不在乎人多人少。”</w:t>
      </w:r>
    </w:p>
    <w:p>
      <w:r>
        <w:rPr>
          <w:color w:val="5F5F5F"/>
        </w:rPr>
        <w:t xml:space="preserve">〔01:35〕 </w:t>
      </w:r>
      <w:r>
        <w:t>拿兵器的对他说：“随你的心意行吧，你可以上去，我必跟随你，与你同心。”约拿单说：“我们要过到那些人那里去，使他们看见我们。他们若对我们说：‘你们站住，等我们到你们那里去。’我们就站住，不上他们那里去。他们若说：‘你们上到我们这里来。’这话就是我们的证据，我们便上去，因为耶和华将他们交在我们手里了。”二人就使非利士的防兵看见。非利士人说：“希伯来人从所藏的洞穴里出来了。”</w:t>
      </w:r>
    </w:p>
    <w:p>
      <w:r>
        <w:rPr>
          <w:color w:val="5F5F5F"/>
        </w:rPr>
        <w:t xml:space="preserve">〔02:21〕 </w:t>
      </w:r>
      <w:r>
        <w:t>防兵对约拿单和拿兵器的人说：“你们上到这里来，我们有一件事指示你们。”约拿单就对拿兵器的人说：“你跟随我上去，因为耶和华将他们交在以色列人手里了。”约拿单就爬上去，拿兵器的人跟随他。约拿单杀倒非利士人，拿兵器的人也随着杀他们。约拿单和拿兵器的人起头所杀的约有二十人，都在一亩地的半犁沟之内。于是在营中，在田野，在众民内，都有战兢。</w:t>
      </w:r>
    </w:p>
    <w:p>
      <w:r>
        <w:rPr>
          <w:color w:val="5F5F5F"/>
        </w:rPr>
        <w:t xml:space="preserve">〔03:06〕 </w:t>
      </w:r>
      <w:r>
        <w:t>防兵和掠兵也都战兢，地也震动，战兢之势甚大。</w:t>
      </w:r>
    </w:p>
    <w:p>
      <w:pPr>
        <w:pStyle w:val="Heading1"/>
      </w:pPr>
      <w:r>
        <w:t>开始祷告</w:t>
      </w:r>
    </w:p>
    <w:p>
      <w:r>
        <w:rPr>
          <w:color w:val="5F5F5F"/>
        </w:rPr>
        <w:t xml:space="preserve">〔03:12〕 </w:t>
      </w:r>
      <w:r>
        <w:t>经文读到这里，我们一起来做一个简短的祷告。爱我们的主，我们感谢赞美你。又到了家庭祭坛的时间，我们围绕在你的宝座前。主啊，我们已经将你的话语所打开，愿你的话语做我们随时的帮助和力量。凡来到你面前的每一个长辈弟兄姐妹，求你看顾，求你帮助。也求你看顾在我们中间有软弱的肢体，求你来帮助他。无论在我们中间有疾病的，求你来医治他。在我们中间有难处的，主啊，求你帮助我们每个人。</w:t>
      </w:r>
    </w:p>
    <w:p>
      <w:r>
        <w:rPr>
          <w:color w:val="5F5F5F"/>
        </w:rPr>
        <w:t xml:space="preserve">〔03:55〕 </w:t>
      </w:r>
      <w:r>
        <w:t>主啊，你是我们随时的帮助和力量，将以下的时间全然地交托在你父神的手中。无论讲的、听的，愿你圣灵带领我们，帮助我们。听我们在你面前同心的祷告，奉主圣名。阿们！</w:t>
      </w:r>
    </w:p>
    <w:p>
      <w:pPr>
        <w:pStyle w:val="Heading1"/>
      </w:pPr>
      <w:r>
        <w:t>引言 争战的背景</w:t>
      </w:r>
    </w:p>
    <w:p>
      <w:r>
        <w:rPr>
          <w:color w:val="5F5F5F"/>
        </w:rPr>
        <w:t xml:space="preserve">〔04:14〕 </w:t>
      </w:r>
      <w:r>
        <w:t>长辈弟兄姐妹，今天我们要透过这处经文，我们分享的一个题目是，凭信而行。</w:t>
      </w:r>
    </w:p>
    <w:p>
      <w:r>
        <w:rPr>
          <w:color w:val="5F5F5F"/>
        </w:rPr>
        <w:t xml:space="preserve">〔04:24〕 </w:t>
      </w:r>
      <w:r>
        <w:t>在撒母耳记上第14章的背景，就是以色列人和非利士人的争战。在人看来，非利士的势力实在惊人。他们有三万辆的战车，有六千的马兵，他们的步兵多如海边的沙，而以色列人的这个实力却非常的微小，非常的微弱。人数稀少，武器缺乏，百姓都惧怕战兢，连扫罗也受到影响。在上一章当中，我们可以看到，扫罗他因为没有等到撒母耳的到来，他就擅自献祭，已经显出他里面的急躁，他里面的不顺服。</w:t>
      </w:r>
    </w:p>
    <w:p>
      <w:r>
        <w:rPr>
          <w:color w:val="5F5F5F"/>
        </w:rPr>
        <w:t xml:space="preserve">〔05:15〕 </w:t>
      </w:r>
      <w:r>
        <w:t>到了14章，这个战争的局势依然紧张，非利士人他们非常的强大，以色列人他们就在巨大的压力之下，当大军压境，敌强我弱，争战来临，以色列百姓该如何的面对。当时非利士军队像海边的沙那样，要与以色列人来争战。百姓和扫罗王都非常的恐惧，有些百姓甚至躲藏起来，有些躲在山洞里，有些躲在丛林里，有些躲在石穴中隐秘处或在坑中。除了扫罗和约拿单，其他人都没有刀枪。</w:t>
      </w:r>
    </w:p>
    <w:p>
      <w:r>
        <w:rPr>
          <w:color w:val="5F5F5F"/>
        </w:rPr>
        <w:t xml:space="preserve">〔06:04〕 </w:t>
      </w:r>
      <w:r>
        <w:t>以色列人因为人丁的稀少，武器的缺乏，没有战力，他们士气非常的低落，几乎无力与非利士人去争战。然后就在这样的一个光景之下，约拿单与拿兵器的少年人，凭着对神的信靠，他们瞒着扫罗，他们从营中出去。约拿单相信，耶和华使人得胜，不在乎人多人少。他们就前往敌人的阵营，勇敢的越过，险峻的隘口，进入非利士人营前，击杀了二十名的非利士人。</w:t>
      </w:r>
    </w:p>
    <w:p>
      <w:r>
        <w:rPr>
          <w:color w:val="5F5F5F"/>
        </w:rPr>
        <w:t xml:space="preserve">〔06:48〕 </w:t>
      </w:r>
      <w:r>
        <w:t>他们英勇的行为使非利士人大大的惊慌，神也借着地的震动，加深了非利士人的恐惧，最终使以色列人大获全胜。这段经文让我们看到对神的信心非常的重要，它能使我们软弱变刚强，在困境中凭信而行。</w:t>
      </w:r>
    </w:p>
    <w:p>
      <w:pPr>
        <w:pStyle w:val="Heading1"/>
      </w:pPr>
      <w:r>
        <w:t>一 信心的看见 属灵的眼光超越困境</w:t>
      </w:r>
    </w:p>
    <w:p>
      <w:r>
        <w:rPr>
          <w:color w:val="5F5F5F"/>
        </w:rPr>
        <w:t xml:space="preserve">〔07:14〕 </w:t>
      </w:r>
      <w:r>
        <w:t>第一个方面，信心的看见，属灵的眼光超越困境。</w:t>
      </w:r>
    </w:p>
    <w:p>
      <w:r>
        <w:rPr>
          <w:color w:val="5F5F5F"/>
        </w:rPr>
        <w:t xml:space="preserve">〔07:21〕 </w:t>
      </w:r>
      <w:r>
        <w:t>从当时的局势来看，非利士人的军事力量远远胜过以色列人。非利士人他们不仅装备充足，而且他们牢牢地控制了铸造武器的主动权。整个以色列的境内都找不到一个铁匠，连普通的农具都要到非利士人那里去打磨。到争战之时，除了扫罗和约拿单二人。</w:t>
      </w:r>
    </w:p>
    <w:p>
      <w:r>
        <w:rPr>
          <w:color w:val="5F5F5F"/>
        </w:rPr>
        <w:t xml:space="preserve">〔07:54〕 </w:t>
      </w:r>
      <w:r>
        <w:t>跟随的众人手中，他们都没有刀枪。以色列人他们都笼罩在死亡和失败的阴影下，百姓他们四处的躲藏，军心涣散。</w:t>
      </w:r>
    </w:p>
    <w:p>
      <w:pPr>
        <w:pStyle w:val="Heading2"/>
      </w:pPr>
      <w:r>
        <w:t>约拿单属灵的看见 主动出击</w:t>
      </w:r>
    </w:p>
    <w:p>
      <w:r>
        <w:rPr>
          <w:color w:val="5F5F5F"/>
        </w:rPr>
        <w:t xml:space="preserve">〔08:09〕 </w:t>
      </w:r>
      <w:r>
        <w:t>就在这关键的时刻，我们首先看到约拿单，他有属灵的看见，主动出击。</w:t>
      </w:r>
    </w:p>
    <w:p>
      <w:r>
        <w:rPr>
          <w:color w:val="5F5F5F"/>
        </w:rPr>
        <w:t xml:space="preserve">〔08:19〕 </w:t>
      </w:r>
      <w:r>
        <w:t>扫罗的儿子约拿单对拿他兵器的少年人说，我们不如过到那边，到非利士人的防营那里去。但他没有告诉父亲，约拿单没有因为双方的力量悬殊，被吓退。他有属灵的看见，信心的看见。他清楚地知道，以色列人的得胜，从来不是靠武器，靠人数，而是依靠耶和华的带领。所有人看到敌人的强大，自己的软弱，但是约拿单却用信心的眼光，看见了耶和华对以色列人的应许。</w:t>
      </w:r>
    </w:p>
    <w:p>
      <w:r>
        <w:rPr>
          <w:color w:val="5F5F5F"/>
        </w:rPr>
        <w:t xml:space="preserve">〔09:05〕 </w:t>
      </w:r>
      <w:r>
        <w:t>他没有跟随百姓退缩的脚步，也没有因为父亲按兵不动就停下脚步，因为他清楚地知道，以色列人的得胜，不是靠手中的武器，也不是靠人数的多少，而是靠着耶和华的大能，即便整个民族陷入了绝境，他依然相信耶和华，不会丢弃他所拣选的百姓，不会让非利士人永远的辖制以色列人，他没有告诉父亲扫罗王，也没有惊动祭司亚希亚，更没有召聚那些四处躲藏的百姓。</w:t>
      </w:r>
    </w:p>
    <w:p>
      <w:r>
        <w:rPr>
          <w:color w:val="5F5F5F"/>
        </w:rPr>
        <w:t xml:space="preserve">〔09:52〕 </w:t>
      </w:r>
      <w:r>
        <w:t>他只是带了他自己的随从，悄悄地向非利士人的阵营出发，这份不被环境左右，单单仰望耶和华，就是信心的看见，约拿单没有被眼前的困境，限制住了自己的眼光，反而是超越了不顾肉身的危险，不怕死亡，约拿单这份超越环境的看见，让他选择主动出击，而不像其他人一样，被动退缩，我们看到正是因为他对神的这份信靠，就是为以色列打开了得胜门。</w:t>
      </w:r>
    </w:p>
    <w:p>
      <w:r>
        <w:rPr>
          <w:color w:val="5F5F5F"/>
        </w:rPr>
        <w:t xml:space="preserve">〔10:36〕 </w:t>
      </w:r>
      <w:r>
        <w:t>那么与他相反的就是扫罗王，那我们看到扫罗王做什么呢？</w:t>
      </w:r>
    </w:p>
    <w:p>
      <w:pPr>
        <w:pStyle w:val="Heading2"/>
      </w:pPr>
      <w:r>
        <w:t>扫罗肉体的看见 被动防守</w:t>
      </w:r>
    </w:p>
    <w:p>
      <w:r>
        <w:rPr>
          <w:color w:val="5F5F5F"/>
        </w:rPr>
        <w:t xml:space="preserve">〔10:41〕 </w:t>
      </w:r>
      <w:r>
        <w:t>第二个，就是扫罗他肉体的看见，他是被动防守。</w:t>
      </w:r>
    </w:p>
    <w:p>
      <w:r>
        <w:rPr>
          <w:color w:val="5F5F5F"/>
        </w:rPr>
        <w:t xml:space="preserve">〔10:49〕 </w:t>
      </w:r>
      <w:r>
        <w:t>面对同样的困境，扫罗的眼光比较消极，他的眼光只盯住眼前的难处，最终选择按兵不动，被动防守，此前扫罗因为违背耶和华的命令，他已经被先知撒母耳预言，他的王位不会长久，那时他的心就已经失去了对神的信靠，当非利士人压境，百姓四散逃离，扫罗只看到这漫山遍野的敌人的军队，他自己带领却只有六百人，的士兵也没有兵器。扫罗坐在石榴树下，等待这个局势的变化。</w:t>
      </w:r>
    </w:p>
    <w:p>
      <w:r>
        <w:rPr>
          <w:color w:val="5F5F5F"/>
        </w:rPr>
        <w:t xml:space="preserve">〔11:39〕 </w:t>
      </w:r>
      <w:r>
        <w:t>不敢主动踏出一步，争取得胜的机会，他没有像儿子约拿单一样，将眼光转向耶和华，反而被眼前的困境牢牢的捆住，他只用他自己肉体的眼光，判断局势，面对敌人的强盛，自己的弱小，主动出击必然会失败，不如原地防守，保存仅有的力量，这种只看环境，看不见神的带领，就是他肉体的看见，他会让人心生惧怕，寸步难行，只在困境中被动的等待，无法得着耶和华所预备的得胜。</w:t>
      </w:r>
    </w:p>
    <w:p>
      <w:r>
        <w:rPr>
          <w:color w:val="5F5F5F"/>
        </w:rPr>
        <w:t xml:space="preserve">〔12:26〕 </w:t>
      </w:r>
      <w:r>
        <w:t>此时的扫罗，明明身边有穿着以弗得的祭司，亚希亚，随时可以求问耶和华的旨意，可是他没有主动的求问耶和华，接下来该怎么做，也没有主动的去整顿他的军队，鼓舞士气，他只是坐在石榴树下等着，我们就可以看到他的心中已经被恐惧，被迷茫，填住了。他不再像他从前作王那样靠着耶和华的帮助，勇敢击退仇敌的入侵，反而因为之前的悖逆，失去了信心。</w:t>
      </w:r>
    </w:p>
    <w:p>
      <w:r>
        <w:rPr>
          <w:color w:val="5F5F5F"/>
        </w:rPr>
        <w:t xml:space="preserve">〔13:10〕 </w:t>
      </w:r>
      <w:r>
        <w:t>连起身争战的勇气都没有。这样被动的防守，他只看到了自己的软弱、敌人的强盛，他却忘记了他所信靠的神。这位神曾经带领他一次一次的争战得胜，战胜比他们更强大的敌人。我们看到扫罗他肉体的眼光，看环境，让扫罗失去了得胜的机会。</w:t>
      </w:r>
    </w:p>
    <w:p>
      <w:pPr>
        <w:pStyle w:val="Heading2"/>
      </w:pPr>
      <w:r>
        <w:t>生活应用 眼光转向神</w:t>
      </w:r>
    </w:p>
    <w:p>
      <w:r>
        <w:rPr>
          <w:color w:val="5F5F5F"/>
        </w:rPr>
        <w:t xml:space="preserve">〔13:41〕 </w:t>
      </w:r>
      <w:r>
        <w:t>长辈弟兄姐妹，在困难面前，你的选择是什么？是信靠神，还是被动的等待？是选择盯着眼前的难处，哀声叹气，还是选择信靠神，信心的眼睛，看透环境，看见神的信实，看见神的应许？我们这一生或许会遇到，走投无路的困境，或是生活的重担，压到我们喘不过气，或者前面的道路，一片昏暗，找不到方向。如果像扫罗一样，把所有的眼光，只放在自己的软弱。</w:t>
      </w:r>
    </w:p>
    <w:p>
      <w:r>
        <w:rPr>
          <w:color w:val="5F5F5F"/>
        </w:rPr>
        <w:t xml:space="preserve">〔14:27〕 </w:t>
      </w:r>
      <w:r>
        <w:t>和环境的艰难上，那你越看，越会害怕，越想，越会退缩，最后只能停留在原地，不敢往前，迈出一步。但约拿单的眼光，告诉我们，信心的宝贵，就是在所有人看不到，盼望的时候，依然选择相信神的应许，依然愿意踏出那一步，当我们把眼光，从环境挪开，单单地看神，你就会发现，那些看似不可能跨过的困难背后，神早已预备了得胜的道路，只要我们愿意凭着信心动身。</w:t>
      </w:r>
    </w:p>
    <w:p>
      <w:r>
        <w:rPr>
          <w:color w:val="5F5F5F"/>
        </w:rPr>
        <w:t xml:space="preserve">〔15:16〕 </w:t>
      </w:r>
      <w:r>
        <w:t>就能够得着耶和华，所赐给我们的得胜。</w:t>
      </w:r>
    </w:p>
    <w:p>
      <w:pPr>
        <w:pStyle w:val="Heading1"/>
      </w:pPr>
      <w:r>
        <w:t>二 信心的宣告 得胜不在乎人多人少</w:t>
      </w:r>
    </w:p>
    <w:p>
      <w:r>
        <w:rPr>
          <w:color w:val="5F5F5F"/>
        </w:rPr>
        <w:t xml:space="preserve">〔15:22〕 </w:t>
      </w:r>
      <w:r>
        <w:t>第二个方面，信心的宣告，得胜不在乎人多人少。</w:t>
      </w:r>
    </w:p>
    <w:p>
      <w:pPr>
        <w:pStyle w:val="Heading2"/>
      </w:pPr>
      <w:r>
        <w:t>前路的艰难</w:t>
      </w:r>
    </w:p>
    <w:p>
      <w:r>
        <w:rPr>
          <w:color w:val="5F5F5F"/>
        </w:rPr>
        <w:t xml:space="preserve">〔15:30〕 </w:t>
      </w:r>
      <w:r>
        <w:t>约拿单要从隘口过到非利士，防营那里去，这隘口两边都有山峰，一个名字叫波薛，一个名字叫西尼。波薛的意思是闪耀的、洁白的，可能看起来比较光滑，西尼的意思就是荆棘的意思，就预示着这两个山峰很难爬上去，那这样的地形描述着，约拿单的此次的前行，艰难，险阻，隘口，狭窄难行，一个山峰很光滑，难攀登，一个是荆棘丛生，无论是【听辨存疑：绕径】还是强攻。</w:t>
      </w:r>
    </w:p>
    <w:p>
      <w:r>
        <w:rPr>
          <w:color w:val="5F5F5F"/>
        </w:rPr>
        <w:t xml:space="preserve">〔16:17〕 </w:t>
      </w:r>
      <w:r>
        <w:t>对仅有二人的他们来说，都不可能成功。但是即便在这样的绝境当中，约拿单依然没有动摇，他要前去攻打非利士人，荣耀上帝的决心。</w:t>
      </w:r>
    </w:p>
    <w:p>
      <w:pPr>
        <w:pStyle w:val="Heading2"/>
      </w:pPr>
      <w:r>
        <w:t>约拿单的信心宣告</w:t>
      </w:r>
    </w:p>
    <w:p>
      <w:r>
        <w:rPr>
          <w:color w:val="5F5F5F"/>
        </w:rPr>
        <w:t xml:space="preserve">〔16:34〕 </w:t>
      </w:r>
      <w:r>
        <w:t>约拿单对拿兵器的少年人说，我们不如过到未受割礼人的防营那里去，或者耶和华为我们施展能力，因为耶和华使人得胜，不在乎人多人少。他称非利士人为未受割礼的人，未受割礼是对这群外邦人身份的定义，更是指他们不属上帝与上帝的约无分的讽刺。在约拿单的心中，这群不认识耶和华的敌人，即便占据了地利，人数众多也无需惧怕，因为真正掌管一切的，是一位守约施慈爱的上帝。</w:t>
      </w:r>
    </w:p>
    <w:p>
      <w:r>
        <w:rPr>
          <w:color w:val="5F5F5F"/>
        </w:rPr>
        <w:t xml:space="preserve">〔17:27〕 </w:t>
      </w:r>
      <w:r>
        <w:t>此时的以色列人，他们正受非利士人的欺压，都没有武器，绝大多数跟随扫罗的士兵在营中待命，都没有人敢主动的出击，去挑战非利士人。约拿单却凭着对上帝应许的笃定，他不看自己只有一人一仆的微小，不看隘口的险峻，敌营坚固的难处，而是将他的盼望单单地定睛于神。得胜的关键是在乎耶和华的能力，神的能力不受人的条件的限制。约拿单面对强大的非利士人，他没有把他的盼望放在人数、武器或者局势上，而是把他的眼光转向神。</w:t>
      </w:r>
    </w:p>
    <w:p>
      <w:r>
        <w:rPr>
          <w:color w:val="5F5F5F"/>
        </w:rPr>
        <w:t xml:space="preserve">〔18:21〕 </w:t>
      </w:r>
      <w:r>
        <w:t>对他来说，真正决定胜败的，不在乎人多人少，而是在乎神有没有施行拯救。因为耶和华使人得胜不在乎人多人少。</w:t>
      </w:r>
    </w:p>
    <w:p>
      <w:pPr>
        <w:pStyle w:val="Heading2"/>
      </w:pPr>
      <w:r>
        <w:t>生活应用 将得胜的盼望交托给神</w:t>
      </w:r>
    </w:p>
    <w:p>
      <w:r>
        <w:rPr>
          <w:color w:val="5F5F5F"/>
        </w:rPr>
        <w:t xml:space="preserve">〔18:37〕 </w:t>
      </w:r>
      <w:r>
        <w:t>弟兄姐妹，当我们遇到难处的时候，你会害怕吗？约拿单的宣告，得胜不在乎人多人少，乃是靠神的大能。这正是我们面对难处时的信心，就是我们争战得胜的秘诀。多少的时候，我们与仇敌争战的时候，我们会陷入到人数至上的误区。想要做成一件事情，我们会计算我们手里有多少的资源，有多少的人，觉得人多力量大，才敢动手。人少力微却不敢迈步，却忘了那真正掌管一切的，是那位坐在宝座上的神。</w:t>
      </w:r>
    </w:p>
    <w:p>
      <w:r>
        <w:rPr>
          <w:color w:val="5F5F5F"/>
        </w:rPr>
        <w:t xml:space="preserve">〔19:27〕 </w:t>
      </w:r>
      <w:r>
        <w:t>得胜的主权在耶和华的手中，只要我们愿意像约拿单一样，开口发出这份信心的宣告，把得胜的盼望，完完全全的交托给神，就早已走在蒙福的道路上。上帝的能力，必然会在我们软弱上显得完全。</w:t>
      </w:r>
    </w:p>
    <w:p>
      <w:r>
        <w:rPr>
          <w:color w:val="5F5F5F"/>
        </w:rPr>
        <w:t xml:space="preserve">〔19:52〕 </w:t>
      </w:r>
      <w:r>
        <w:t>它必然会给我们开出一条得胜的道路。</w:t>
      </w:r>
    </w:p>
    <w:p>
      <w:pPr>
        <w:pStyle w:val="Heading1"/>
      </w:pPr>
      <w:r>
        <w:t>三 信心的寻求 向神求凭据显明旨意</w:t>
      </w:r>
    </w:p>
    <w:p>
      <w:r>
        <w:rPr>
          <w:color w:val="5F5F5F"/>
        </w:rPr>
        <w:t xml:space="preserve">〔19:57〕 </w:t>
      </w:r>
      <w:r>
        <w:t>第三个方面，信心的寻求，向神求凭据，显明旨意。约拿单虽然已经凭着信心，定下了前往攻打敌人的心志，但是他没有马上出发，他反而主动地向耶和华寻求凭据，求神向他显明，明确的凭据。信心不是盲目的冲动，不是靠自己的热情，就去盲目的做事。真正的信心是愿意摆上自己之后，依然愿意谦卑地等待神的引领，寻求神的心意，确认自己要走的路，是不是符合神的带领。</w:t>
      </w:r>
    </w:p>
    <w:p>
      <w:pPr>
        <w:pStyle w:val="Heading2"/>
      </w:pPr>
      <w:r>
        <w:t>寻得同伴的印证</w:t>
      </w:r>
    </w:p>
    <w:p>
      <w:r>
        <w:rPr>
          <w:color w:val="5F5F5F"/>
        </w:rPr>
        <w:t xml:space="preserve">〔20:46〕 </w:t>
      </w:r>
      <w:r>
        <w:t>约拿单先寻得同伴的印证。拿兵器的对他说：“随你的心意行吧，你可以上去，我必跟随你，与你同心。”约拿单首先把自己属灵的看见，分享给他的同伴，他得到了同伴的印证。这位拿兵器的少年人，同样拥有对上帝的敬畏之心，他没有因为约拿单的计划，过于冒险，就退缩，就怀疑，他没有因为敌强我弱的明显局势，就动摇退缩。当他听到约拿单出于信心的宣告，他就立刻放下了对环境的担心。</w:t>
      </w:r>
    </w:p>
    <w:p>
      <w:r>
        <w:rPr>
          <w:color w:val="5F5F5F"/>
        </w:rPr>
        <w:t xml:space="preserve">〔21:35〕 </w:t>
      </w:r>
      <w:r>
        <w:t>他选择顺服，他愿意与约拿单同走这条凭信心的道路。他跟他说，我愿意与你同心。与你同心这四个字说出了同心的宝贵。在跟随上帝的道路上，同伴的同心是上帝所赐的礼物，当二人的同心都向着神，就能在这信心的道路当中往前直跑。这位少年人他完全的认同约拿单从上帝而来的带领，他愿意甘心的顺服，这本身就是非常难能可贵的。他没有退缩，也没有因为前路的艰险，就犹豫。</w:t>
      </w:r>
    </w:p>
    <w:p>
      <w:r>
        <w:rPr>
          <w:color w:val="5F5F5F"/>
        </w:rPr>
        <w:t xml:space="preserve">〔22:26〕 </w:t>
      </w:r>
      <w:r>
        <w:t>反而他将自己完全的摆上，与约拿单前往敌营，也正是因为有这样同心的跟随，约拿单才能更加坦然地继续向前。</w:t>
      </w:r>
    </w:p>
    <w:p>
      <w:pPr>
        <w:pStyle w:val="Heading2"/>
      </w:pPr>
      <w:r>
        <w:t>向神寻求行动的凭据</w:t>
      </w:r>
    </w:p>
    <w:p>
      <w:r>
        <w:rPr>
          <w:color w:val="5F5F5F"/>
        </w:rPr>
        <w:t xml:space="preserve">〔22:40〕 </w:t>
      </w:r>
      <w:r>
        <w:t>接下来约拿单也向神寻求一个计划，他向神祷告，要借着上帝所定的凭据，确认这次的行动果然是出于上帝的旨意。约拿单向神求凭据说，我们要过到那些人那里去，使他们看见我们，他们若对我们说你们站住，等我们到你们那里去，我们就站住，不上他们那里去。他们如果说你们上到我们这里来，这话就是我们的证据，我们便上去，因为耶和华将他们交在我们手中了。</w:t>
      </w:r>
    </w:p>
    <w:p>
      <w:r>
        <w:rPr>
          <w:color w:val="5F5F5F"/>
        </w:rPr>
        <w:t xml:space="preserve">〔23:21〕 </w:t>
      </w:r>
      <w:r>
        <w:t>在正常的情况下，非利士人应该要求约拿单留在原处，而不是让他们爬上悬崖接近自己。因此约拿单采用反常的情况作为神开路的证据，按照约定，二人按着计划走出了隘口，将自己暴露在非利士人的防营面前。这个事情接下来果然朝着约拿单所想的向神求的证据，这个方向去发展。经文记载，非利士人看见约拿单二人，不仅没有阻止他们，没有去向他们射箭，也没有冲出去去捉住他们。</w:t>
      </w:r>
    </w:p>
    <w:p>
      <w:r>
        <w:rPr>
          <w:color w:val="5F5F5F"/>
        </w:rPr>
        <w:t xml:space="preserve">〔24:12〕 </w:t>
      </w:r>
      <w:r>
        <w:t>反而他们傲慢的开口说，你们上到我们这里来，我们有话对你们说。我们看到事情的发展完全地应验了约拿单所求的凭据，这恰恰显明了，神已经为他们开了道路，将非利士人交在他们手中了。非利士人的傲慢，也让他们放下了戒备，以为这两个敢于现身的以色列人，不过就是来投降的两个小角色。约拿单二人上去之后，他们根本没有想到。</w:t>
      </w:r>
    </w:p>
    <w:p>
      <w:r>
        <w:rPr>
          <w:color w:val="5F5F5F"/>
        </w:rPr>
        <w:t xml:space="preserve">〔24:54〕 </w:t>
      </w:r>
      <w:r>
        <w:t>这两个人是带着信心的来击打他们的。</w:t>
      </w:r>
    </w:p>
    <w:p>
      <w:pPr>
        <w:pStyle w:val="Heading2"/>
      </w:pPr>
      <w:r>
        <w:t>生活应用 寻求神的带领</w:t>
      </w:r>
    </w:p>
    <w:p>
      <w:r>
        <w:rPr>
          <w:color w:val="5F5F5F"/>
        </w:rPr>
        <w:t xml:space="preserve">〔24:59〕 </w:t>
      </w:r>
      <w:r>
        <w:t>长辈弟兄姐妹，常常我们也会有遇到这样的情况，心中已经有了感动，想往哪个方向去走，却拿不准这个感动是不是出于神的，不知道脚下的路，是不是上帝要我去走的道路，这个时候你不用慌张，也不用着急，我们可以像约拿单一样，向神求凭据，谦卑在神面前，神必然按照他信实的应许，向我们显明他的旨意，我们在祷告当中明白神的旨意，我们在读经当中明白神的旨意。</w:t>
      </w:r>
    </w:p>
    <w:p>
      <w:r>
        <w:rPr>
          <w:color w:val="5F5F5F"/>
        </w:rPr>
        <w:t xml:space="preserve">〔25:43〕 </w:t>
      </w:r>
      <w:r>
        <w:t>我们可以询问属灵的长辈，明白神的旨意，神会借着环境来给我们印证，神从来不会让寻求他的人失望，当我们愿意谦卑来到神的面前，求神来指引我们前面的道路，神必然会给我们开道路，为我们开通达的出路。</w:t>
      </w:r>
    </w:p>
    <w:p>
      <w:pPr>
        <w:pStyle w:val="Heading1"/>
      </w:pPr>
      <w:r>
        <w:t>四 信心的行动 靠神的大能奋勇争战</w:t>
      </w:r>
    </w:p>
    <w:p>
      <w:r>
        <w:rPr>
          <w:color w:val="5F5F5F"/>
        </w:rPr>
        <w:t xml:space="preserve">〔26:08〕 </w:t>
      </w:r>
      <w:r>
        <w:t>第四个方面，信心的行动靠着神的大能，奋勇争战。约拿单得到神的凭据之后，他没有丝毫怀疑，也没有退缩，他第一时间就凭着信心，迈出了他的脚步，他就爬上了原本有荆棘、光滑难攀的悬崖，而拿兵器的少年人，也兑现了与他同心的承诺，他紧紧地跟随约拿单的身后，两个人一个冲锋在前，一个紧随其后，就这样靠着神给他们的勇气，向敌营发起了进攻。</w:t>
      </w:r>
    </w:p>
    <w:p>
      <w:pPr>
        <w:pStyle w:val="Heading2"/>
      </w:pPr>
      <w:r>
        <w:t>同心奋勇杀敌</w:t>
      </w:r>
    </w:p>
    <w:p>
      <w:r>
        <w:rPr>
          <w:color w:val="5F5F5F"/>
        </w:rPr>
        <w:t xml:space="preserve">〔26:53〕 </w:t>
      </w:r>
      <w:r>
        <w:t>首先我们看到他们同心的奋勇杀敌。</w:t>
      </w:r>
    </w:p>
    <w:p>
      <w:r>
        <w:rPr>
          <w:color w:val="5F5F5F"/>
        </w:rPr>
        <w:t xml:space="preserve">〔26:58〕 </w:t>
      </w:r>
      <w:r>
        <w:t>约拿单就爬上去，拿兵器的人跟随他，约拿单杀倒非利士人，拿兵器的人也随着杀他们，约拿单和拿兵器的人起头所杀的，约有二十人都在一亩地的半犁沟之内，我们可以看到二人同心杀敌，在狭窄险峻的隘口旁，约拿单凭着得到神的印证，他一步一步地爬上悬崖。</w:t>
      </w:r>
    </w:p>
    <w:p>
      <w:r>
        <w:rPr>
          <w:color w:val="5F5F5F"/>
        </w:rPr>
        <w:t xml:space="preserve">〔27:33〕 </w:t>
      </w:r>
      <w:r>
        <w:t>将自己置身于非利士人的防营之前。非利士人原本非常傲慢地招呼他们两个人上来，怎么也想不到，这两个看似弱小的以色列人，一登上营地，他们就立刻地拿刀来击杀他们，约拿单冲在最前面，一刀一个杀倒他们，上前拦阻非利士人的士兵，拿兵器的少年人也紧跟他在他后面，奋勇杀敌，不过片刻功夫，在一亩地的半犁沟之内，约拿单二人就击杀了大约二十名的非利士人士兵。</w:t>
      </w:r>
    </w:p>
    <w:p>
      <w:r>
        <w:rPr>
          <w:color w:val="5F5F5F"/>
        </w:rPr>
        <w:t xml:space="preserve">〔28:20〕 </w:t>
      </w:r>
      <w:r>
        <w:t>这样迅猛的击杀，完全地出乎非利士人的意料，他们原本以为这两个只是前来投降的小人物，没有想到他们竟然是敢闯营的勇士。</w:t>
      </w:r>
    </w:p>
    <w:p>
      <w:pPr>
        <w:pStyle w:val="Heading2"/>
      </w:pPr>
      <w:r>
        <w:t>全营战兢 地也震动</w:t>
      </w:r>
    </w:p>
    <w:p>
      <w:r>
        <w:rPr>
          <w:color w:val="5F5F5F"/>
        </w:rPr>
        <w:t xml:space="preserve">〔28:36〕 </w:t>
      </w:r>
      <w:r>
        <w:t>那么第二个我们也可以看到，全营的战兢，地也震动，于是在营中，在田野，在众民内都有战兢，防兵和掠兵也都战兢，地也震动，战兢之势甚大。在这经文当中，让我们清楚地看到，这场恐慌不是约拿单二人带来的，那是耶和华神，他亲自的出手，使全地震动，将恐惧放在每一个非利士人的心中。</w:t>
      </w:r>
    </w:p>
    <w:p>
      <w:r>
        <w:rPr>
          <w:color w:val="5F5F5F"/>
        </w:rPr>
        <w:t xml:space="preserve">〔29:12〕 </w:t>
      </w:r>
      <w:r>
        <w:t>神亲自干预的大能，约拿单凭着信心，踏出了第一步，耶和华亲自的也为他们开出了得胜的道路，如果仅凭他们二人的话，即使勇气再突出，也很难撼动整个非利士人大军，但是当神伸出他的手，就能让敌人不战自乱，让不可能的得胜变成可能，非利士人人数再多，装备再精良，神只需要让恐慌传遍营地，就已经让他们失去了反抗的意识。</w:t>
      </w:r>
    </w:p>
    <w:p>
      <w:pPr>
        <w:pStyle w:val="Heading2"/>
      </w:pPr>
      <w:r>
        <w:t>生活应用 依靠神的大能</w:t>
      </w:r>
    </w:p>
    <w:p>
      <w:r>
        <w:rPr>
          <w:color w:val="5F5F5F"/>
        </w:rPr>
        <w:t xml:space="preserve">〔29:57〕 </w:t>
      </w:r>
      <w:r>
        <w:t>长辈弟兄姐妹，当我们与仇敌争战的时候，有时候我们常常只靠自己，我们却忘记了要靠神，只要神站在我们这一边，神一句话就能让仇敌的心都消化，不需要我们费尽心力，就能够得胜。神只用一种莫名的恐慌，就击碎了强大的非利士人，实实在在地验证了约拿单的信心。耶和华使人得胜，不在乎人多人少。我们看见，这场得胜，从始至终，都是耶和华亲手所做成的。</w:t>
      </w:r>
    </w:p>
    <w:p>
      <w:r>
        <w:rPr>
          <w:color w:val="5F5F5F"/>
        </w:rPr>
        <w:t xml:space="preserve">〔30:42〕 </w:t>
      </w:r>
      <w:r>
        <w:t>约拿单凭着信心，迈出了微小的一步，神就借着他微小的一步，就迎来了一场，大败非利士大军的胜利。长辈弟兄姐妹，只要我们像约拿单一样，有属灵的眼光，凭着信心来宣告，凭着信心来寻求，凭着信心去行动，耶和华必然为我们亲自出手，为我们成就那不可能的得胜，这份得胜，也是属于所有信靠神的人。</w:t>
      </w:r>
    </w:p>
    <w:p>
      <w:pPr>
        <w:pStyle w:val="Heading1"/>
      </w:pPr>
      <w:r>
        <w:t>总结与劝勉</w:t>
      </w:r>
    </w:p>
    <w:p>
      <w:r>
        <w:rPr>
          <w:color w:val="5F5F5F"/>
        </w:rPr>
        <w:t xml:space="preserve">〔31:19〕 </w:t>
      </w:r>
      <w:r>
        <w:t>今天我们透过撒母耳记上，十四章，一至十五节的经文，我们分享的一个题目是，凭信而行，长辈弟兄姐妹，透过约拿单的经历，让我们看见，在属灵的争战当中，我们需要全然地信靠神，我们需要有属天的眼光，需要有属天的信心，因为神使人得胜，不在乎人多人少，在寻求神的过程中，我们要求神显明他的旨意，在争战的过程中，我们要，依靠神的大能，经历神所赐的得胜。</w:t>
      </w:r>
    </w:p>
    <w:p>
      <w:r>
        <w:rPr>
          <w:color w:val="5F5F5F"/>
        </w:rPr>
        <w:t xml:space="preserve">〔32:03〕 </w:t>
      </w:r>
      <w:r>
        <w:t>愿主借着这段经文，来坚固我们的信心，使我们无论面对各样的环境，都能凭信而行，靠主站立，我们一起来祷告。</w:t>
      </w:r>
    </w:p>
    <w:p>
      <w:pPr>
        <w:pStyle w:val="Heading1"/>
      </w:pPr>
      <w:r>
        <w:t>结束祷告</w:t>
      </w:r>
    </w:p>
    <w:p>
      <w:r>
        <w:rPr>
          <w:color w:val="5F5F5F"/>
        </w:rPr>
        <w:t xml:space="preserve">〔32:17〕 </w:t>
      </w:r>
      <w:r>
        <w:t>爱我们的主，我们感谢赞美你，在这短短的时间当中，是你与我们同在，我们看到约拿单，是有信心的人，当他面对敌人的强大，他没有退缩，他也没有躲藏，而是他凭信而行，他勇敢直往，他有属天的眼光，他有信心的眼睛，主啊，也求你来帮助我们每个人，打开我们属灵的眼睛，让我们看到神正在掌权，神是一位又真又活的神，你在每个环境当中，都与我们同在。</w:t>
      </w:r>
    </w:p>
    <w:p>
      <w:r>
        <w:rPr>
          <w:color w:val="5F5F5F"/>
        </w:rPr>
        <w:t xml:space="preserve">〔33:01〕 </w:t>
      </w:r>
      <w:r>
        <w:t>让我们也发出信心的宣告，耶和华使人得胜，不在乎人多人少，主啊，当我们在争战的时候，与仇敌争战的时候，你知道我们力量的微小，我们靠自己是不行的，但是主啊，我们要来寻求你，来帮助我们每个人，求你将你的刚强，你的得胜，赐给我们，每一个属于你的儿女们，让我们在争战当中，靠主得胜，主啊，我们感谢你，赞美你，主啊，你的话语是何等的宝贵。</w:t>
      </w:r>
    </w:p>
    <w:p>
      <w:r>
        <w:rPr>
          <w:color w:val="5F5F5F"/>
        </w:rPr>
        <w:t xml:space="preserve">〔33:39〕 </w:t>
      </w:r>
      <w:r>
        <w:t>你也知道我们每个长辈弟兄姐妹，经历各样的环境，各样的难处，主啊，在我们各样难处的里面，让我们单单的看见你，单单的信靠你，因为我们所相信的这位神，是信实的主，是成就你应许的神，主啊，我们感谢你，主啊，也祝福我们每个人的家庭，主啊，祝福我们每个人都有健康的身体，祝福我们的教会，大大的复兴，感谢赞美你，听我们在你面前同心合意的祷告。</w:t>
      </w:r>
    </w:p>
    <w:p>
      <w:r>
        <w:rPr>
          <w:color w:val="5F5F5F"/>
        </w:rPr>
        <w:t xml:space="preserve">〔34:16〕 </w:t>
      </w:r>
      <w:r>
        <w:t>都是奉耶稣基督的圣名，阿们！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Songti SC" w:hAnsi="Songti SC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300" w:lineRule="auto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00" w:lineRule="auto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300" w:lineRule="auto"/>
      <w:contextualSpacing/>
    </w:pPr>
    <w:rPr>
      <w:rFonts w:asciiTheme="majorHAnsi" w:eastAsiaTheme="majorEastAsia" w:hAnsiTheme="majorHAnsi" w:cstheme="majorBidi" w:ascii="Songti SC" w:hAnsi="Songti SC" w:eastAsia="Songti S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凭信而行 讲道逐字稿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